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Simple Last Will and Testament (Ontario Sample)</w:t>
      </w:r>
    </w:p>
    <w:p>
      <w:r>
        <w:t>This sample is for educational purposes only and is not legal advice.</w:t>
        <w:br/>
        <w:br/>
      </w:r>
    </w:p>
    <w:p>
      <w:pPr>
        <w:pStyle w:val="Heading2"/>
      </w:pPr>
      <w:r>
        <w:t>LAST WILL AND TESTAMENT</w:t>
      </w:r>
    </w:p>
    <w:p>
      <w:r>
        <w:t>I, ____________________________, of the City of ____________________, in the Province of Ontario, declare this to be my Last Will and Testament and revoke all previous Wills and Codicils.</w:t>
      </w:r>
    </w:p>
    <w:p>
      <w:pPr>
        <w:pStyle w:val="Heading2"/>
      </w:pPr>
      <w:r>
        <w:t>1. Appointment of Executor</w:t>
      </w:r>
    </w:p>
    <w:p>
      <w:r>
        <w:t>I appoint my spouse, ____________________________, as the Executor and Trustee of my estate.</w:t>
        <w:br/>
        <w:br/>
        <w:t>If my spouse does not survive me or is unable to act, I appoint ____________________________ as alternate Executor and Trustee.</w:t>
      </w:r>
    </w:p>
    <w:p>
      <w:pPr>
        <w:pStyle w:val="Heading2"/>
      </w:pPr>
      <w:r>
        <w:t>2. Payment of Debts and Expenses</w:t>
      </w:r>
    </w:p>
    <w:p>
      <w:r>
        <w:t>I direct my Executor to pay all my just debts, funeral expenses, taxes, and costs related to the administration of my estate as soon as practicable after my death.</w:t>
      </w:r>
    </w:p>
    <w:p>
      <w:pPr>
        <w:pStyle w:val="Heading2"/>
      </w:pPr>
      <w:r>
        <w:t>3. Distribution of Estate</w:t>
      </w:r>
    </w:p>
    <w:p>
      <w:r>
        <w:t>If my spouse survives me, I give all of my estate, both real and personal property, wherever situated, to my spouse.</w:t>
        <w:br/>
        <w:br/>
        <w:t>If my spouse does not survive me, I give my estate equally among my children in equal shares. If any child predeceases me leaving descendants, that child's share shall pass to his or her descendants equally.</w:t>
      </w:r>
    </w:p>
    <w:p>
      <w:pPr>
        <w:pStyle w:val="Heading2"/>
      </w:pPr>
      <w:r>
        <w:t>4. Digital Assets</w:t>
      </w:r>
    </w:p>
    <w:p>
      <w:r>
        <w:t>I authorize my Executor to access, manage, transfer, or close any of my digital accounts, including email accounts, websites, blogs, social media accounts, online financial accounts, and domain registrations.</w:t>
      </w:r>
    </w:p>
    <w:p>
      <w:pPr>
        <w:pStyle w:val="Heading2"/>
      </w:pPr>
      <w:r>
        <w:t>5. General Powers of Trustee</w:t>
      </w:r>
    </w:p>
    <w:p>
      <w:r>
        <w:t>My Executor shall have all powers necessary to administer my estate, including the power to sell, transfer, invest, or distribute assets without court approval where permitted by law.</w:t>
      </w:r>
    </w:p>
    <w:p>
      <w:pPr>
        <w:pStyle w:val="Heading2"/>
      </w:pPr>
      <w:r>
        <w:t>6. Governing Law</w:t>
      </w:r>
    </w:p>
    <w:p>
      <w:r>
        <w:t>This Will shall be governed by the laws of the Province of Ontario and the laws of Canada applicable therein.</w:t>
      </w:r>
    </w:p>
    <w:p>
      <w:pPr>
        <w:pStyle w:val="Heading2"/>
      </w:pPr>
      <w:r>
        <w:t>SIGNATURE</w:t>
      </w:r>
    </w:p>
    <w:p>
      <w:r>
        <w:t>Signed at ____________________, Ontario</w:t>
        <w:br/>
        <w:br/>
        <w:t>this ______ day of ____________________, 20______.</w:t>
        <w:br/>
        <w:br/>
        <w:t>____________________________________</w:t>
        <w:br/>
        <w:t>Testator</w:t>
      </w:r>
    </w:p>
    <w:p>
      <w:pPr>
        <w:pStyle w:val="Heading2"/>
      </w:pPr>
      <w:r>
        <w:t>WITNESS #1</w:t>
      </w:r>
    </w:p>
    <w:p>
      <w:r>
        <w:t>Name: ____________________________</w:t>
        <w:br/>
        <w:t>Address: _________________________</w:t>
        <w:br/>
        <w:t>Signature: _______________________</w:t>
      </w:r>
    </w:p>
    <w:p>
      <w:pPr>
        <w:pStyle w:val="Heading2"/>
      </w:pPr>
      <w:r>
        <w:t>WITNESS #2</w:t>
      </w:r>
    </w:p>
    <w:p>
      <w:r>
        <w:t>Name: ____________________________</w:t>
        <w:br/>
        <w:t>Address: _________________________</w:t>
        <w:br/>
        <w:t>Signature: _______________________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